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svgimage1.svg" ContentType="image/svg+xml"/>
  <Override PartName="/word/media/svgimage2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exact" w:line="20" w:after="0"/>
      </w:pPr>
      <w:r>
        <w:drawing xmlns:a="http://schemas.openxmlformats.org/drawingml/2006/main" xmlns:pic="http://schemas.openxmlformats.org/drawingml/2006/picture"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060000" cy="1980000"/>
            <wp:effectExtent l="0" t="0" r="0" b="0"/>
            <wp:wrapNone/>
            <wp:docPr id="102" name="Background"/>
            <wp:cNvGraphicFramePr/>
            <a:graphic>
              <a:graphicData uri="http://schemas.openxmlformats.org/drawingml/2006/picture">
                <pic:pic>
                  <pic:nvPicPr>
                    <pic:cNvPr id="101" name="Background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 xmlns:a="http://schemas.openxmlformats.org/drawingml/2006/main" xmlns:pic="http://schemas.openxmlformats.org/drawingml/2006/picture">
          <wp:anchor distT="0" distB="0" distL="0" distR="0" simplePos="0" relativeHeight="103" behindDoc="0" locked="1" layoutInCell="1" allowOverlap="1">
            <wp:simplePos x="0" y="0"/>
            <wp:positionH relativeFrom="page">
              <wp:posOffset>1118250</wp:posOffset>
            </wp:positionH>
            <wp:positionV relativeFrom="page">
              <wp:posOffset>1744920</wp:posOffset>
            </wp:positionV>
            <wp:extent cx="823500" cy="75600"/>
            <wp:effectExtent l="0" t="0" r="0" b="0"/>
            <wp:wrapNone/>
            <wp:docPr id="104" name="Text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3500" cy="7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40" w:lineRule="auto"/>
                          <w:jc w:val="center"/>
                          <w:rPr>
                            <w:rFonts w:ascii="JetBrains Mono" w:hAnsi="JetBrains Mono" w:cs="JetBrains Mono" w:eastAsia="JetBrains Mono"/>
                            <w:color w:val="6E737A"/>
                            <w:sz w:val="9"/>
                            <w:szCs w:val="9"/>
                          </w:rPr>
                        </w:pPr>
                        <w:r>
                          <w:rPr>
                            <w:rFonts w:ascii="JetBrains Mono" w:hAnsi="JetBrains Mono" w:cs="JetBrains Mono" w:eastAsia="JetBrains Mono"/>
                            <w:spacing w:val="9"/>
                            <w:color w:val="6E737A"/>
                            <w:sz w:val="9"/>
                            <w:szCs w:val="9"/>
                          </w:rPr>
                          <w:t xml:space="preserve">[ DESKELY.COM ]</w:t>
                        </w:r>
                      </w:p>
                    </w:txbxContent>
                  </wps:txbx>
                  <wps:bodyPr rot="0" vert="horz" wrap="non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r>
        <w:br w:type="page"/>
      </w:r>
    </w:p>
    <w:p>
      <w:pPr>
        <w:spacing w:lineRule="exact" w:line="20" w:after="0"/>
      </w:pPr>
      <w:r>
        <w:drawing xmlns:a="http://schemas.openxmlformats.org/drawingml/2006/main" xmlns:pic="http://schemas.openxmlformats.org/drawingml/2006/picture"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060000" cy="1980000"/>
            <wp:effectExtent l="0" t="0" r="0" b="0"/>
            <wp:wrapNone/>
            <wp:docPr id="106" name="Background"/>
            <wp:cNvGraphicFramePr/>
            <a:graphic>
              <a:graphicData uri="http://schemas.openxmlformats.org/drawingml/2006/picture">
                <pic:pic>
                  <pic:nvPicPr>
                    <pic:cNvPr id="105" name="Background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 xmlns:a="http://schemas.openxmlformats.org/drawingml/2006/main" xmlns:pic="http://schemas.openxmlformats.org/drawingml/2006/picture">
          <wp:anchor distT="0" distB="0" distL="0" distR="0" simplePos="0" relativeHeight="107" behindDoc="0" locked="1" layoutInCell="1" allowOverlap="1">
            <wp:simplePos x="0" y="0"/>
            <wp:positionH relativeFrom="page">
              <wp:posOffset>2110500</wp:posOffset>
            </wp:positionH>
            <wp:positionV relativeFrom="page">
              <wp:posOffset>276120</wp:posOffset>
            </wp:positionV>
            <wp:extent cx="661500" cy="75600"/>
            <wp:effectExtent l="0" t="0" r="0" b="0"/>
            <wp:wrapNone/>
            <wp:docPr id="108" name="Text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1500" cy="7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40" w:lineRule="auto"/>
                          <w:jc w:val="right"/>
                          <w:rPr>
                            <w:rFonts w:ascii="JetBrains Mono" w:hAnsi="JetBrains Mono" w:cs="JetBrains Mono" w:eastAsia="JetBrains Mono"/>
                            <w:color w:val="8B9097"/>
                            <w:sz w:val="9"/>
                            <w:szCs w:val="9"/>
                          </w:rPr>
                        </w:pPr>
                        <w:r>
                          <w:rPr>
                            <w:rFonts w:ascii="JetBrains Mono" w:hAnsi="JetBrains Mono" w:cs="JetBrains Mono" w:eastAsia="JetBrains Mono"/>
                            <w:spacing w:val="6"/>
                            <w:color w:val="8B9097"/>
                            <w:sz w:val="9"/>
                            <w:szCs w:val="9"/>
                          </w:rPr>
                          <w:t xml:space="preserve">[ DESKELY ]</w:t>
                        </w:r>
                      </w:p>
                    </w:txbxContent>
                  </wps:txbx>
                  <wps:bodyPr rot="0" vert="horz" wrap="non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r>
        <w:drawing xmlns:a="http://schemas.openxmlformats.org/drawingml/2006/main" xmlns:pic="http://schemas.openxmlformats.org/drawingml/2006/picture">
          <wp:anchor distT="0" distB="0" distL="0" distR="0" simplePos="0" relativeHeight="109" behindDoc="0" locked="1" layoutInCell="1" allowOverlap="1">
            <wp:simplePos x="0" y="0"/>
            <wp:positionH relativeFrom="page">
              <wp:posOffset>288000</wp:posOffset>
            </wp:positionH>
            <wp:positionV relativeFrom="page">
              <wp:posOffset>846225</wp:posOffset>
            </wp:positionV>
            <wp:extent cx="2052000" cy="171359"/>
            <wp:effectExtent l="0" t="0" r="0" b="0"/>
            <wp:wrapNone/>
            <wp:docPr id="110" name="Text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2000" cy="171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40" w:lineRule="auto"/>
                          <w:jc w:val="left"/>
                          <w:rPr>
                            <w:rFonts w:ascii="Inter SemiBold" w:hAnsi="Inter SemiBold" w:cs="Inter SemiBold" w:eastAsia="Inter SemiBold"/>
                            <w:color w:val="141517"/>
                            <w:sz w:val="19"/>
                            <w:szCs w:val="19"/>
                          </w:rPr>
                        </w:pPr>
                        <w:r>
                          <w:rPr>
                            <w:rFonts w:ascii="Inter SemiBold" w:hAnsi="Inter SemiBold" w:cs="Inter SemiBold" w:eastAsia="Inter SemiBold"/>
                            <w:spacing w:val="-5"/>
                            <w:color w:val="141517"/>
                            <w:sz w:val="19"/>
                            <w:szCs w:val="19"/>
                          </w:rPr>
                          <w:t xml:space="preserve">[Firstname Lastname]</w:t>
                        </w:r>
                      </w:p>
                    </w:txbxContent>
                  </wps:txbx>
                  <wps:bodyPr rot="0" vert="horz" wrap="non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r>
        <w:drawing xmlns:a="http://schemas.openxmlformats.org/drawingml/2006/main" xmlns:pic="http://schemas.openxmlformats.org/drawingml/2006/picture">
          <wp:anchor distT="0" distB="0" distL="0" distR="0" simplePos="0" relativeHeight="111" behindDoc="0" locked="1" layoutInCell="1" allowOverlap="1">
            <wp:simplePos x="0" y="0"/>
            <wp:positionH relativeFrom="page">
              <wp:posOffset>288000</wp:posOffset>
            </wp:positionH>
            <wp:positionV relativeFrom="page">
              <wp:posOffset>1028362</wp:posOffset>
            </wp:positionV>
            <wp:extent cx="612900" cy="105840"/>
            <wp:effectExtent l="0" t="0" r="0" b="0"/>
            <wp:wrapNone/>
            <wp:docPr id="112" name="Text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900" cy="10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40" w:lineRule="auto"/>
                          <w:jc w:val="left"/>
                          <w:rPr>
                            <w:rFonts w:ascii="Inter" w:hAnsi="Inter" w:cs="Inter" w:eastAsia="Inter"/>
                            <w:color w:val="8B9097"/>
                            <w:sz w:val="12"/>
                            <w:szCs w:val="12"/>
                          </w:rPr>
                        </w:pPr>
                        <w:r>
                          <w:rPr>
                            <w:rFonts w:ascii="Inter" w:hAnsi="Inter" w:cs="Inter" w:eastAsia="Inter"/>
                            <w:color w:val="8B9097"/>
                            <w:sz w:val="12"/>
                            <w:szCs w:val="12"/>
                          </w:rPr>
                          <w:t xml:space="preserve">[Title]</w:t>
                        </w:r>
                      </w:p>
                    </w:txbxContent>
                  </wps:txbx>
                  <wps:bodyPr rot="0" vert="horz" wrap="non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r>
        <w:drawing xmlns:a="http://schemas.openxmlformats.org/drawingml/2006/main" xmlns:pic="http://schemas.openxmlformats.org/drawingml/2006/picture">
          <wp:anchor distT="0" distB="0" distL="0" distR="0" simplePos="0" relativeHeight="113" behindDoc="0" locked="1" layoutInCell="1" allowOverlap="1">
            <wp:simplePos x="0" y="0"/>
            <wp:positionH relativeFrom="page">
              <wp:posOffset>288000</wp:posOffset>
            </wp:positionH>
            <wp:positionV relativeFrom="page">
              <wp:posOffset>1463737</wp:posOffset>
            </wp:positionV>
            <wp:extent cx="1139400" cy="95759"/>
            <wp:effectExtent l="0" t="0" r="0" b="0"/>
            <wp:wrapNone/>
            <wp:docPr id="114" name="Text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9400" cy="95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40" w:lineRule="auto"/>
                          <w:jc w:val="left"/>
                          <w:rPr>
                            <w:rFonts w:ascii="Inter" w:hAnsi="Inter" w:cs="Inter" w:eastAsia="Inter"/>
                            <w:color w:val="141517"/>
                            <w:sz w:val="11"/>
                            <w:szCs w:val="11"/>
                          </w:rPr>
                        </w:pPr>
                        <w:r>
                          <w:rPr>
                            <w:rFonts w:ascii="Inter" w:hAnsi="Inter" w:cs="Inter" w:eastAsia="Inter"/>
                            <w:color w:val="141517"/>
                            <w:sz w:val="11"/>
                            <w:szCs w:val="11"/>
                          </w:rPr>
                          <w:t xml:space="preserve">[name]@deskely.com</w:t>
                        </w:r>
                      </w:p>
                    </w:txbxContent>
                  </wps:txbx>
                  <wps:bodyPr rot="0" vert="horz" wrap="non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r>
        <w:drawing xmlns:a="http://schemas.openxmlformats.org/drawingml/2006/main" xmlns:pic="http://schemas.openxmlformats.org/drawingml/2006/picture">
          <wp:anchor distT="0" distB="0" distL="0" distR="0" simplePos="0" relativeHeight="115" behindDoc="0" locked="1" layoutInCell="1" allowOverlap="1">
            <wp:simplePos x="0" y="0"/>
            <wp:positionH relativeFrom="page">
              <wp:posOffset>288000</wp:posOffset>
            </wp:positionH>
            <wp:positionV relativeFrom="page">
              <wp:posOffset>1571737</wp:posOffset>
            </wp:positionV>
            <wp:extent cx="985500" cy="95759"/>
            <wp:effectExtent l="0" t="0" r="0" b="0"/>
            <wp:wrapNone/>
            <wp:docPr id="116" name="Text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5500" cy="95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40" w:lineRule="auto"/>
                          <w:jc w:val="left"/>
                          <w:rPr>
                            <w:rFonts w:ascii="Inter" w:hAnsi="Inter" w:cs="Inter" w:eastAsia="Inter"/>
                            <w:color w:val="141517"/>
                            <w:sz w:val="11"/>
                            <w:szCs w:val="11"/>
                          </w:rPr>
                        </w:pPr>
                        <w:r>
                          <w:rPr>
                            <w:rFonts w:ascii="Inter" w:hAnsi="Inter" w:cs="Inter" w:eastAsia="Inter"/>
                            <w:color w:val="141517"/>
                            <w:sz w:val="11"/>
                            <w:szCs w:val="11"/>
                          </w:rPr>
                          <w:t xml:space="preserve">[+65 0000 0000]</w:t>
                        </w:r>
                      </w:p>
                    </w:txbxContent>
                  </wps:txbx>
                  <wps:bodyPr rot="0" vert="horz" wrap="non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r>
        <w:drawing xmlns:a="http://schemas.openxmlformats.org/drawingml/2006/main" xmlns:pic="http://schemas.openxmlformats.org/drawingml/2006/picture">
          <wp:anchor distT="0" distB="0" distL="0" distR="0" simplePos="0" relativeHeight="117" behindDoc="0" locked="1" layoutInCell="1" allowOverlap="1">
            <wp:simplePos x="0" y="0"/>
            <wp:positionH relativeFrom="page">
              <wp:posOffset>1991700</wp:posOffset>
            </wp:positionH>
            <wp:positionV relativeFrom="page">
              <wp:posOffset>1463737</wp:posOffset>
            </wp:positionV>
            <wp:extent cx="780300" cy="95759"/>
            <wp:effectExtent l="0" t="0" r="0" b="0"/>
            <wp:wrapNone/>
            <wp:docPr id="118" name="Text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80300" cy="95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40" w:lineRule="auto"/>
                          <w:jc w:val="right"/>
                          <w:rPr>
                            <w:rFonts w:ascii="Inter" w:hAnsi="Inter" w:cs="Inter" w:eastAsia="Inter"/>
                            <w:color w:val="141517"/>
                            <w:sz w:val="11"/>
                            <w:szCs w:val="11"/>
                          </w:rPr>
                        </w:pPr>
                        <w:r>
                          <w:rPr>
                            <w:rFonts w:ascii="Inter" w:hAnsi="Inter" w:cs="Inter" w:eastAsia="Inter"/>
                            <w:color w:val="141517"/>
                            <w:sz w:val="11"/>
                            <w:szCs w:val="11"/>
                          </w:rPr>
                          <w:t xml:space="preserve">deskely.com</w:t>
                        </w:r>
                      </w:p>
                    </w:txbxContent>
                  </wps:txbx>
                  <wps:bodyPr rot="0" vert="horz" wrap="non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r>
        <w:drawing xmlns:a="http://schemas.openxmlformats.org/drawingml/2006/main" xmlns:pic="http://schemas.openxmlformats.org/drawingml/2006/picture">
          <wp:anchor distT="0" distB="0" distL="0" distR="0" simplePos="0" relativeHeight="119" behindDoc="0" locked="1" layoutInCell="1" allowOverlap="1">
            <wp:simplePos x="0" y="0"/>
            <wp:positionH relativeFrom="page">
              <wp:posOffset>2191500</wp:posOffset>
            </wp:positionH>
            <wp:positionV relativeFrom="page">
              <wp:posOffset>1582920</wp:posOffset>
            </wp:positionV>
            <wp:extent cx="580500" cy="75600"/>
            <wp:effectExtent l="0" t="0" r="0" b="0"/>
            <wp:wrapNone/>
            <wp:docPr id="120" name="Text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0500" cy="7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40" w:lineRule="auto"/>
                          <w:jc w:val="right"/>
                          <w:rPr>
                            <w:rFonts w:ascii="JetBrains Mono" w:hAnsi="JetBrains Mono" w:cs="JetBrains Mono" w:eastAsia="JetBrains Mono"/>
                            <w:color w:val="8B9097"/>
                            <w:sz w:val="9"/>
                            <w:szCs w:val="9"/>
                          </w:rPr>
                        </w:pPr>
                        <w:r>
                          <w:rPr>
                            <w:rFonts w:ascii="JetBrains Mono" w:hAnsi="JetBrains Mono" w:cs="JetBrains Mono" w:eastAsia="JetBrains Mono"/>
                            <w:spacing w:val="6"/>
                            <w:color w:val="8B9097"/>
                            <w:sz w:val="9"/>
                            <w:szCs w:val="9"/>
                          </w:rPr>
                          <w:t xml:space="preserve">SINGAPORE</w:t>
                        </w:r>
                      </w:p>
                    </w:txbxContent>
                  </wps:txbx>
                  <wps:bodyPr rot="0" vert="horz" wrap="none" lIns="0" tIns="0" rIns="0" bIns="0" anchor="t" anchorCtr="0">
                    <a:noAutofit/>
                  </wps:bodyPr>
                </wps:wsp>
              </a:graphicData>
            </a:graphic>
          </wp:anchor>
        </w:drawing>
      </w:r>
    </w:p>
    <w:sectPr w:rsidR="00FC693F" w:rsidRPr="0006063C" w:rsidSect="00034616">
      <w:pgSz w:w="4819" w:h="311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Inter" w:hAnsi="Inter" w:eastAsia="Inte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svgimage1.svg"/><Relationship Id="rId11" Type="http://schemas.openxmlformats.org/officeDocument/2006/relationships/image" Target="media/image2.png"/><Relationship Id="rId12" Type="http://schemas.openxmlformats.org/officeDocument/2006/relationships/image" Target="media/svgimage2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Deskely business card</dc:title>
  <dc:subject/>
  <dc:creator>Deskely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