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media/svgimage1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exact" w:line="227" w:before="0" w:after="0"/>
      </w:pPr>
      <w:r>
        <w:rPr>
          <w:rFonts w:ascii="Inter Medium" w:hAnsi="Inter Medium" w:eastAsia="Inter Medium" w:cs="Inter Medium"/>
          <w:color w:val="141517"/>
          <w:sz w:val="14"/>
        </w:rPr>
        <w:t>[Recipient name]</w:t>
      </w:r>
    </w:p>
    <w:p>
      <w:pPr>
        <w:spacing w:lineRule="exact" w:line="227" w:before="0" w:after="0"/>
      </w:pPr>
      <w:r>
        <w:rPr>
          <w:rFonts w:ascii="Inter" w:hAnsi="Inter" w:eastAsia="Inter" w:cs="Inter"/>
          <w:color w:val="8B9097"/>
          <w:sz w:val="14"/>
        </w:rPr>
        <w:t>[Company]</w:t>
      </w:r>
    </w:p>
    <w:p>
      <w:pPr>
        <w:spacing w:lineRule="exact" w:line="227" w:before="0" w:after="0"/>
      </w:pPr>
      <w:r>
        <w:rPr>
          <w:rFonts w:ascii="Inter" w:hAnsi="Inter" w:eastAsia="Inter" w:cs="Inter"/>
          <w:color w:val="8B9097"/>
          <w:sz w:val="14"/>
        </w:rPr>
        <w:t>[Address]</w:t>
      </w:r>
    </w:p>
    <w:p>
      <w:pPr>
        <w:spacing w:lineRule="exact" w:line="992" w:before="0" w:after="0"/>
      </w:pPr>
      <w:r>
        <w:rPr>
          <w:rFonts w:ascii="Inter SemiBold" w:hAnsi="Inter SemiBold" w:eastAsia="Inter SemiBold" w:cs="Inter SemiBold"/>
          <w:color w:val="141517"/>
          <w:sz w:val="24"/>
          <w:spacing w:val="-7"/>
        </w:rPr>
        <w:t>[Subject line]</w:t>
      </w:r>
    </w:p>
    <w:p>
      <w:pPr>
        <w:spacing w:lineRule="exact" w:line="351" w:before="142" w:after="0"/>
      </w:pPr>
      <w:r>
        <w:rPr>
          <w:rFonts w:ascii="Inter" w:hAnsi="Inter" w:eastAsia="Inter" w:cs="Inter"/>
          <w:color w:val="2B2D31"/>
          <w:sz w:val="17"/>
        </w:rPr>
        <w:t>Dear [name],</w:t>
      </w:r>
    </w:p>
    <w:p>
      <w:pPr>
        <w:spacing w:lineRule="exact" w:line="351" w:before="351" w:after="0"/>
      </w:pPr>
      <w:r>
        <w:rPr>
          <w:rFonts w:ascii="Inter" w:hAnsi="Inter" w:eastAsia="Inter" w:cs="Inter"/>
          <w:color w:val="2B2D31"/>
          <w:sz w:val="17"/>
        </w:rPr>
        <w:t>[Write the letter here. Body text is Inter in ink, at the size and spacing of this paragraph. Keep the letter to one page, in plain sentences, with a short paragraph for each point.]</w:t>
      </w:r>
    </w:p>
    <w:p>
      <w:pPr>
        <w:spacing w:lineRule="exact" w:line="351" w:before="351" w:after="0"/>
      </w:pPr>
      <w:r>
        <w:rPr>
          <w:rFonts w:ascii="Inter" w:hAnsi="Inter" w:eastAsia="Inter" w:cs="Inter"/>
          <w:color w:val="2B2D31"/>
          <w:sz w:val="17"/>
        </w:rPr>
        <w:t>[Write the letter here. Body text is Inter in ink, at the size and spacing of this paragraph. Keep the letter to one page, in plain sentences, with a short paragraph for each point.]</w:t>
      </w:r>
    </w:p>
    <w:p>
      <w:pPr>
        <w:spacing w:lineRule="exact" w:line="351" w:before="351" w:after="0"/>
      </w:pPr>
      <w:r>
        <w:rPr>
          <w:rFonts w:ascii="Inter" w:hAnsi="Inter" w:eastAsia="Inter" w:cs="Inter"/>
          <w:color w:val="2B2D31"/>
          <w:sz w:val="17"/>
        </w:rPr>
        <w:t>Kind regards,</w:t>
      </w:r>
    </w:p>
    <w:p>
      <w:pPr>
        <w:spacing w:lineRule="exact" w:line="227" w:before="2699" w:after="0"/>
      </w:pPr>
      <w:r>
        <w:rPr>
          <w:rFonts w:ascii="Inter Medium" w:hAnsi="Inter Medium" w:eastAsia="Inter Medium" w:cs="Inter Medium"/>
          <w:color w:val="141517"/>
          <w:sz w:val="14"/>
        </w:rPr>
        <w:t>[Name]</w:t>
      </w:r>
    </w:p>
    <w:p>
      <w:pPr>
        <w:spacing w:lineRule="exact" w:line="227" w:before="0" w:after="0"/>
      </w:pPr>
      <w:r>
        <w:rPr>
          <w:rFonts w:ascii="Inter" w:hAnsi="Inter" w:eastAsia="Inter" w:cs="Inter"/>
          <w:color w:val="8B9097"/>
          <w:sz w:val="14"/>
        </w:rPr>
        <w:t>[Title]</w:t>
      </w:r>
    </w:p>
    <w:sectPr w:rsidR="00FC693F" w:rsidRPr="0006063C" w:rsidSect="00034616">
      <w:headerReference w:type="default" r:id="rId9"/>
      <w:pgSz w:w="11906" w:h="16838"/>
      <w:pgMar w:top="2472" w:right="1247" w:bottom="1928" w:left="1247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lineRule="exact" w:line="20" w:after="0"/>
    </w:pPr>
    <w:r>
      <w:drawing xmlns:a="http://schemas.openxmlformats.org/drawingml/2006/main" xmlns:pic="http://schemas.openxmlformats.org/drawingml/2006/picture">
        <wp:anchor distT="0" distB="0" distL="0" distR="0" simplePos="0" relativeHeight="1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l="0" t="0" r="0" b="0"/>
          <wp:wrapNone/>
          <wp:docPr id="122" name="Background"/>
          <wp:cNvGraphicFramePr/>
          <a:graphic>
            <a:graphicData uri="http://schemas.openxmlformats.org/drawingml/2006/picture">
              <pic:pic>
                <pic:nvPicPr>
                  <pic:cNvPr id="121" name="Backgroun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 xmlns:a="http://schemas.openxmlformats.org/drawingml/2006/main" xmlns:pic="http://schemas.openxmlformats.org/drawingml/2006/picture">
        <wp:anchor distT="0" distB="0" distL="0" distR="0" simplePos="0" relativeHeight="123" behindDoc="0" locked="1" layoutInCell="1" allowOverlap="1">
          <wp:simplePos x="0" y="0"/>
          <wp:positionH relativeFrom="page">
            <wp:posOffset>5542200</wp:posOffset>
          </wp:positionH>
          <wp:positionV relativeFrom="page">
            <wp:posOffset>552816</wp:posOffset>
          </wp:positionV>
          <wp:extent cx="1225800" cy="110879"/>
          <wp:effectExtent l="0" t="0" r="0" b="0"/>
          <wp:wrapNone/>
          <wp:docPr id="124" name="Text"/>
          <wp:cNvGraphicFramePr/>
          <a:graphic>
            <a:graphicData uri="http://schemas.microsoft.com/office/word/2010/wordprocessingShape">
              <wps:wsp>
                <wps:cNvSpPr txBox="1"/>
                <wps:spPr>
                  <a:xfrm>
                    <a:off x="0" y="0"/>
                    <a:ext cx="1225800" cy="110879"/>
                  </a:xfrm>
                  <a:prstGeom prst="rect">
                    <a:avLst/>
                  </a:prstGeom>
                  <a:noFill/>
                  <a:ln>
                    <a:noFill/>
                  </a:ln>
                </wps:spPr>
                <wps:txbx>
                  <w:txbxContent>
                    <w:p>
                      <w:pPr>
                        <w:spacing w:before="0" w:after="0" w:line="240" w:lineRule="auto"/>
                        <w:jc w:val="right"/>
                        <w:rPr>
                          <w:rFonts w:ascii="JetBrains Mono" w:hAnsi="JetBrains Mono" w:cs="JetBrains Mono" w:eastAsia="JetBrains Mono"/>
                          <w:color w:val="8B9097"/>
                          <w:sz w:val="12"/>
                          <w:szCs w:val="12"/>
                        </w:rPr>
                      </w:pPr>
                      <w:r>
                        <w:rPr>
                          <w:rFonts w:ascii="JetBrains Mono" w:hAnsi="JetBrains Mono" w:cs="JetBrains Mono" w:eastAsia="JetBrains Mono"/>
                          <w:spacing w:val="9"/>
                          <w:color w:val="8B9097"/>
                          <w:sz w:val="12"/>
                          <w:szCs w:val="12"/>
                        </w:rPr>
                        <w:t xml:space="preserve">[ DD MONTH YYYY ]</w:t>
                      </w:r>
                    </w:p>
                  </w:txbxContent>
                </wps:txbx>
                <wps:bodyPr rot="0" vert="horz" wrap="none" lIns="0" tIns="0" rIns="0" bIns="0" anchor="t" anchorCtr="0">
                  <a:noAutofit/>
                </wps:bodyPr>
              </wps:wsp>
            </a:graphicData>
          </a:graphic>
        </wp:anchor>
      </w:drawing>
    </w:r>
    <w:r>
      <w:drawing xmlns:a="http://schemas.openxmlformats.org/drawingml/2006/main" xmlns:pic="http://schemas.openxmlformats.org/drawingml/2006/picture">
        <wp:anchor distT="0" distB="0" distL="0" distR="0" simplePos="0" relativeHeight="125" behindDoc="0" locked="1" layoutInCell="1" allowOverlap="1">
          <wp:simplePos x="0" y="0"/>
          <wp:positionH relativeFrom="page">
            <wp:posOffset>792000</wp:posOffset>
          </wp:positionH>
          <wp:positionV relativeFrom="page">
            <wp:posOffset>10226250</wp:posOffset>
          </wp:positionV>
          <wp:extent cx="5886000" cy="100800"/>
          <wp:effectExtent l="0" t="0" r="0" b="0"/>
          <wp:wrapNone/>
          <wp:docPr id="126" name="Text"/>
          <wp:cNvGraphicFramePr/>
          <a:graphic>
            <a:graphicData uri="http://schemas.microsoft.com/office/word/2010/wordprocessingShape">
              <wps:wsp>
                <wps:cNvSpPr txBox="1"/>
                <wps:spPr>
                  <a:xfrm>
                    <a:off x="0" y="0"/>
                    <a:ext cx="5886000" cy="100800"/>
                  </a:xfrm>
                  <a:prstGeom prst="rect">
                    <a:avLst/>
                  </a:prstGeom>
                  <a:noFill/>
                  <a:ln>
                    <a:noFill/>
                  </a:ln>
                </wps:spPr>
                <wps:txbx>
                  <w:txbxContent>
                    <w:p>
                      <w:pPr>
                        <w:spacing w:before="0" w:after="0" w:line="240" w:lineRule="auto"/>
                        <w:jc w:val="left"/>
                        <w:rPr>
                          <w:rFonts w:ascii="Inter" w:hAnsi="Inter" w:cs="Inter" w:eastAsia="Inter"/>
                          <w:color w:val="8B9097"/>
                          <w:sz w:val="11"/>
                          <w:szCs w:val="11"/>
                        </w:rPr>
                      </w:pPr>
                      <w:r>
                        <w:rPr>
                          <w:rFonts w:ascii="Inter" w:hAnsi="Inter" w:cs="Inter" w:eastAsia="Inter"/>
                          <w:color w:val="8B9097"/>
                          <w:sz w:val="11"/>
                          <w:szCs w:val="11"/>
                        </w:rPr>
                        <w:t xml:space="preserve">Compass Energy Pte. Ltd., trading as Deskely · UEN 200302890M · [Street address], Singapore [Postal code]</w:t>
                      </w:r>
                    </w:p>
                  </w:txbxContent>
                </wps:txbx>
                <wps:bodyPr rot="0" vert="horz" wrap="none" lIns="0" tIns="0" rIns="0" bIns="0" anchor="t" anchorCtr="0">
                  <a:noAutofit/>
                </wps:bodyPr>
              </wps:wsp>
            </a:graphicData>
          </a:graphic>
        </wp:anchor>
      </w:drawing>
    </w:r>
    <w:r>
      <w:drawing xmlns:a="http://schemas.openxmlformats.org/drawingml/2006/main" xmlns:pic="http://schemas.openxmlformats.org/drawingml/2006/picture">
        <wp:anchor distT="0" distB="0" distL="0" distR="0" simplePos="0" relativeHeight="127" behindDoc="0" locked="1" layoutInCell="1" allowOverlap="1">
          <wp:simplePos x="0" y="0"/>
          <wp:positionH relativeFrom="page">
            <wp:posOffset>5958000</wp:posOffset>
          </wp:positionH>
          <wp:positionV relativeFrom="page">
            <wp:posOffset>10222560</wp:posOffset>
          </wp:positionV>
          <wp:extent cx="810000" cy="100800"/>
          <wp:effectExtent l="0" t="0" r="0" b="0"/>
          <wp:wrapNone/>
          <wp:docPr id="128" name="Text"/>
          <wp:cNvGraphicFramePr/>
          <a:graphic>
            <a:graphicData uri="http://schemas.microsoft.com/office/word/2010/wordprocessingShape">
              <wps:wsp>
                <wps:cNvSpPr txBox="1"/>
                <wps:spPr>
                  <a:xfrm>
                    <a:off x="0" y="0"/>
                    <a:ext cx="810000" cy="100800"/>
                  </a:xfrm>
                  <a:prstGeom prst="rect">
                    <a:avLst/>
                  </a:prstGeom>
                  <a:noFill/>
                  <a:ln>
                    <a:noFill/>
                  </a:ln>
                </wps:spPr>
                <wps:txbx>
                  <w:txbxContent>
                    <w:p>
                      <w:pPr>
                        <w:spacing w:before="0" w:after="0" w:line="240" w:lineRule="auto"/>
                        <w:jc w:val="right"/>
                        <w:rPr>
                          <w:rFonts w:ascii="JetBrains Mono" w:hAnsi="JetBrains Mono" w:cs="JetBrains Mono" w:eastAsia="JetBrains Mono"/>
                          <w:color w:val="8B9097"/>
                          <w:sz w:val="11"/>
                          <w:szCs w:val="11"/>
                        </w:rPr>
                      </w:pPr>
                      <w:r>
                        <w:rPr>
                          <w:rFonts w:ascii="JetBrains Mono" w:hAnsi="JetBrains Mono" w:cs="JetBrains Mono" w:eastAsia="JetBrains Mono"/>
                          <w:spacing w:val="9"/>
                          <w:color w:val="8B9097"/>
                          <w:sz w:val="11"/>
                          <w:szCs w:val="11"/>
                        </w:rPr>
                        <w:t xml:space="preserve">DESKELY.COM</w:t>
                      </w:r>
                    </w:p>
                  </w:txbxContent>
                </wps:txbx>
                <wps:bodyPr rot="0" vert="horz" wrap="none" lIns="0" tIns="0" rIns="0" bIns="0" anchor="t" anchorCtr="0">
                  <a:noAutofit/>
                </wps:bodyPr>
              </wps:wsp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Inter" w:hAnsi="Inter" w:eastAsia="Inte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svgimage1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Deskely letterhead</dc:title>
  <dc:subject/>
  <dc:creator>Deskely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